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B5EC9C" w14:textId="77777777" w:rsidR="00507015" w:rsidRDefault="00507015"/>
    <w:p w14:paraId="0442FE9B" w14:textId="77777777" w:rsidR="00507015" w:rsidRDefault="00000000">
      <w:pPr>
        <w:jc w:val="center"/>
      </w:pPr>
      <w:r>
        <w:rPr>
          <w:rFonts w:ascii="Arial" w:hAnsi="Arial"/>
          <w:b/>
          <w:color w:val="1E5AA0"/>
          <w:sz w:val="52"/>
        </w:rPr>
        <w:t>Plantillas de Prompts Pedagógicos</w:t>
      </w:r>
    </w:p>
    <w:p w14:paraId="192E434C" w14:textId="77777777" w:rsidR="00507015" w:rsidRDefault="00000000">
      <w:pPr>
        <w:jc w:val="center"/>
      </w:pPr>
      <w:r>
        <w:rPr>
          <w:rFonts w:ascii="Arial" w:hAnsi="Arial"/>
          <w:i/>
          <w:color w:val="505050"/>
          <w:sz w:val="26"/>
        </w:rPr>
        <w:t>25 prompts listos para usar en ChatGPT, Claude, Poe o NotebookLM</w:t>
      </w:r>
    </w:p>
    <w:p w14:paraId="1ED87CEC" w14:textId="77777777" w:rsidR="00507015" w:rsidRDefault="00507015"/>
    <w:p w14:paraId="723D3A0E" w14:textId="77777777" w:rsidR="00507015" w:rsidRDefault="00000000">
      <w:pPr>
        <w:jc w:val="center"/>
      </w:pPr>
      <w:r>
        <w:rPr>
          <w:rFonts w:ascii="Arial" w:hAnsi="Arial"/>
          <w:color w:val="828282"/>
          <w:sz w:val="20"/>
        </w:rPr>
        <w:t>Docentes IA  ·  Catalina Barrios  ·  2026</w:t>
      </w:r>
    </w:p>
    <w:p w14:paraId="31E92080" w14:textId="77777777" w:rsidR="00507015" w:rsidRDefault="00000000">
      <w:r>
        <w:br w:type="page"/>
      </w:r>
    </w:p>
    <w:p w14:paraId="57909A40" w14:textId="77777777" w:rsidR="00507015" w:rsidRDefault="00000000">
      <w:pPr>
        <w:pBdr>
          <w:bottom w:val="single" w:sz="6" w:space="4" w:color="1E5AA0"/>
        </w:pBdr>
        <w:spacing w:before="360" w:after="120"/>
      </w:pPr>
      <w:r>
        <w:rPr>
          <w:rFonts w:ascii="Arial" w:hAnsi="Arial"/>
          <w:b/>
          <w:color w:val="1E5AA0"/>
          <w:sz w:val="30"/>
        </w:rPr>
        <w:lastRenderedPageBreak/>
        <w:t>Cómo usar esta guía</w:t>
      </w:r>
    </w:p>
    <w:p w14:paraId="617A7B97" w14:textId="77777777" w:rsidR="00507015" w:rsidRDefault="00000000">
      <w:pPr>
        <w:spacing w:after="100"/>
      </w:pPr>
      <w:r>
        <w:rPr>
          <w:rFonts w:ascii="Arial" w:hAnsi="Arial"/>
        </w:rPr>
        <w:t>Estos prompts están escritos con la fórmula C-R-O: Contexto + Rol + Objetivo. Mientras más información le das a la IA sobre tu situación específica, mejor será el resultado. Los textos en [corchetes] son variables que debes reemplazar con tu información.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15"/>
        <w:gridCol w:w="3134"/>
        <w:gridCol w:w="3925"/>
      </w:tblGrid>
      <w:tr w:rsidR="00507015" w14:paraId="00F08F37" w14:textId="77777777">
        <w:tc>
          <w:tcPr>
            <w:tcW w:w="1872" w:type="dxa"/>
            <w:shd w:val="clear" w:color="auto" w:fill="1E5AA0"/>
          </w:tcPr>
          <w:p w14:paraId="32E430BD" w14:textId="77777777" w:rsidR="00507015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Elemento</w:t>
            </w:r>
          </w:p>
        </w:tc>
        <w:tc>
          <w:tcPr>
            <w:tcW w:w="3600" w:type="dxa"/>
            <w:shd w:val="clear" w:color="auto" w:fill="1E5AA0"/>
          </w:tcPr>
          <w:p w14:paraId="772E972D" w14:textId="77777777" w:rsidR="00507015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Qué es</w:t>
            </w:r>
          </w:p>
        </w:tc>
        <w:tc>
          <w:tcPr>
            <w:tcW w:w="4608" w:type="dxa"/>
            <w:shd w:val="clear" w:color="auto" w:fill="1E5AA0"/>
          </w:tcPr>
          <w:p w14:paraId="516A955A" w14:textId="77777777" w:rsidR="00507015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Ejemplo</w:t>
            </w:r>
          </w:p>
        </w:tc>
      </w:tr>
      <w:tr w:rsidR="00507015" w14:paraId="62A1194B" w14:textId="77777777">
        <w:tc>
          <w:tcPr>
            <w:tcW w:w="1872" w:type="dxa"/>
            <w:shd w:val="clear" w:color="auto" w:fill="EEF4FB"/>
          </w:tcPr>
          <w:p w14:paraId="27B2EB94" w14:textId="77777777" w:rsidR="00507015" w:rsidRDefault="00000000">
            <w:r>
              <w:rPr>
                <w:rFonts w:ascii="Arial" w:hAnsi="Arial"/>
                <w:sz w:val="20"/>
              </w:rPr>
              <w:t>C — Contexto</w:t>
            </w:r>
          </w:p>
        </w:tc>
        <w:tc>
          <w:tcPr>
            <w:tcW w:w="3600" w:type="dxa"/>
            <w:shd w:val="clear" w:color="auto" w:fill="EEF4FB"/>
          </w:tcPr>
          <w:p w14:paraId="160441E5" w14:textId="77777777" w:rsidR="00507015" w:rsidRDefault="00000000">
            <w:r>
              <w:rPr>
                <w:rFonts w:ascii="Arial" w:hAnsi="Arial"/>
                <w:sz w:val="20"/>
              </w:rPr>
              <w:t>Le dices a la IA quién eres, qué curso haces y en qué nivel.</w:t>
            </w:r>
          </w:p>
        </w:tc>
        <w:tc>
          <w:tcPr>
            <w:tcW w:w="4608" w:type="dxa"/>
            <w:shd w:val="clear" w:color="auto" w:fill="EEF4FB"/>
          </w:tcPr>
          <w:p w14:paraId="3C60A4DA" w14:textId="77777777" w:rsidR="00507015" w:rsidRDefault="00000000">
            <w:r>
              <w:rPr>
                <w:rFonts w:ascii="Arial" w:hAnsi="Arial"/>
                <w:sz w:val="20"/>
              </w:rPr>
              <w:t>Soy profesora de Ciencias de 8° básico en un colegio municipal de Santiago.</w:t>
            </w:r>
          </w:p>
        </w:tc>
      </w:tr>
      <w:tr w:rsidR="00507015" w14:paraId="4D6577F0" w14:textId="77777777">
        <w:tc>
          <w:tcPr>
            <w:tcW w:w="1872" w:type="dxa"/>
            <w:shd w:val="clear" w:color="auto" w:fill="FFFFFF"/>
          </w:tcPr>
          <w:p w14:paraId="59544F86" w14:textId="77777777" w:rsidR="00507015" w:rsidRDefault="00000000">
            <w:r>
              <w:rPr>
                <w:rFonts w:ascii="Arial" w:hAnsi="Arial"/>
                <w:sz w:val="20"/>
              </w:rPr>
              <w:t>R — Rol</w:t>
            </w:r>
          </w:p>
        </w:tc>
        <w:tc>
          <w:tcPr>
            <w:tcW w:w="3600" w:type="dxa"/>
            <w:shd w:val="clear" w:color="auto" w:fill="FFFFFF"/>
          </w:tcPr>
          <w:p w14:paraId="127BBC7F" w14:textId="77777777" w:rsidR="00507015" w:rsidRDefault="00000000">
            <w:r>
              <w:rPr>
                <w:rFonts w:ascii="Arial" w:hAnsi="Arial"/>
                <w:sz w:val="20"/>
              </w:rPr>
              <w:t>Le pides que actúe como un experto específico.</w:t>
            </w:r>
          </w:p>
        </w:tc>
        <w:tc>
          <w:tcPr>
            <w:tcW w:w="4608" w:type="dxa"/>
            <w:shd w:val="clear" w:color="auto" w:fill="FFFFFF"/>
          </w:tcPr>
          <w:p w14:paraId="2FFB0E6F" w14:textId="77777777" w:rsidR="00507015" w:rsidRDefault="00000000">
            <w:r>
              <w:rPr>
                <w:rFonts w:ascii="Arial" w:hAnsi="Arial"/>
                <w:sz w:val="20"/>
              </w:rPr>
              <w:t>Actúa como diseñador instruccional experto en educación básica.</w:t>
            </w:r>
          </w:p>
        </w:tc>
      </w:tr>
      <w:tr w:rsidR="00507015" w14:paraId="686915D6" w14:textId="77777777">
        <w:tc>
          <w:tcPr>
            <w:tcW w:w="1872" w:type="dxa"/>
            <w:shd w:val="clear" w:color="auto" w:fill="EEF4FB"/>
          </w:tcPr>
          <w:p w14:paraId="48B71432" w14:textId="77777777" w:rsidR="00507015" w:rsidRDefault="00000000">
            <w:r>
              <w:rPr>
                <w:rFonts w:ascii="Arial" w:hAnsi="Arial"/>
                <w:sz w:val="20"/>
              </w:rPr>
              <w:t>O — Objetivo</w:t>
            </w:r>
          </w:p>
        </w:tc>
        <w:tc>
          <w:tcPr>
            <w:tcW w:w="3600" w:type="dxa"/>
            <w:shd w:val="clear" w:color="auto" w:fill="EEF4FB"/>
          </w:tcPr>
          <w:p w14:paraId="328E8C1F" w14:textId="77777777" w:rsidR="00507015" w:rsidRDefault="00000000">
            <w:r>
              <w:rPr>
                <w:rFonts w:ascii="Arial" w:hAnsi="Arial"/>
                <w:sz w:val="20"/>
              </w:rPr>
              <w:t>Le dices exactamente qué quieres que produzca.</w:t>
            </w:r>
          </w:p>
        </w:tc>
        <w:tc>
          <w:tcPr>
            <w:tcW w:w="4608" w:type="dxa"/>
            <w:shd w:val="clear" w:color="auto" w:fill="EEF4FB"/>
          </w:tcPr>
          <w:p w14:paraId="21A23F74" w14:textId="77777777" w:rsidR="00507015" w:rsidRDefault="00000000">
            <w:r>
              <w:rPr>
                <w:rFonts w:ascii="Arial" w:hAnsi="Arial"/>
                <w:sz w:val="20"/>
              </w:rPr>
              <w:t>Crea una rúbrica de 4 niveles para evaluar un informe de laboratorio.</w:t>
            </w:r>
          </w:p>
        </w:tc>
      </w:tr>
    </w:tbl>
    <w:p w14:paraId="2277A4A3" w14:textId="77777777" w:rsidR="00507015" w:rsidRDefault="00507015"/>
    <w:p w14:paraId="62F3B849" w14:textId="77777777" w:rsidR="00507015" w:rsidRDefault="00000000">
      <w:pPr>
        <w:spacing w:after="80"/>
        <w:ind w:left="432"/>
      </w:pPr>
      <w:r>
        <w:rPr>
          <w:rFonts w:ascii="Arial" w:hAnsi="Arial"/>
          <w:i/>
          <w:color w:val="646464"/>
          <w:sz w:val="20"/>
        </w:rPr>
        <w:t>💡 Tip: Si el resultado no te convence, escribe «Hazlo más simple», «Agrega un ejemplo» o «Ajústalo para estudiantes con dificultades lectoras». La IA puede mejorar su respuesta con instrucciones adicionales.</w:t>
      </w:r>
    </w:p>
    <w:p w14:paraId="3AF1B5C4" w14:textId="77777777" w:rsidR="00507015" w:rsidRDefault="00000000">
      <w:r>
        <w:br w:type="page"/>
      </w:r>
    </w:p>
    <w:p w14:paraId="65D6F399" w14:textId="77777777" w:rsidR="00507015" w:rsidRDefault="00000000">
      <w:pPr>
        <w:pBdr>
          <w:bottom w:val="single" w:sz="6" w:space="4" w:color="1E5AA0"/>
        </w:pBdr>
        <w:spacing w:before="360" w:after="120"/>
      </w:pPr>
      <w:r>
        <w:rPr>
          <w:rFonts w:ascii="Arial" w:hAnsi="Arial"/>
          <w:b/>
          <w:color w:val="1E5AA0"/>
          <w:sz w:val="30"/>
        </w:rPr>
        <w:lastRenderedPageBreak/>
        <w:t>1. Planificación de Clases</w:t>
      </w:r>
    </w:p>
    <w:p w14:paraId="024C14CB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01  ·  Plan de clase completo</w:t>
      </w:r>
    </w:p>
    <w:p w14:paraId="3BC66BEA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Cambia 'metodología activa' por una específica: aprendizaje cooperativo, gamificación, aula invertida, etc.</w:t>
      </w:r>
    </w:p>
    <w:p w14:paraId="4626C461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02  ·  Secuencia de clases (unidad)</w:t>
      </w:r>
    </w:p>
    <w:p w14:paraId="58489BF2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Agrega: 'Incluye al menos dos actividades que usen tecnología.'</w:t>
      </w:r>
    </w:p>
    <w:p w14:paraId="74938387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03  ·  Actividad de inicio motivadora</w:t>
      </w:r>
    </w:p>
    <w:p w14:paraId="5A29D278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Especifica el estilo: '...y que no requiera materiales' o '...usando el celular del alumno'.</w:t>
      </w:r>
    </w:p>
    <w:p w14:paraId="117C2C53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04  ·  Preguntas esenciales para una unidad</w:t>
      </w:r>
    </w:p>
    <w:p w14:paraId="63BD20C0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Agrega: 'Una de las preguntas debe conectar con un problema del mundo real actual.'</w:t>
      </w:r>
    </w:p>
    <w:p w14:paraId="699E5338" w14:textId="77777777" w:rsidR="00507015" w:rsidRDefault="00000000">
      <w:r>
        <w:br w:type="page"/>
      </w:r>
    </w:p>
    <w:p w14:paraId="79EB73A4" w14:textId="77777777" w:rsidR="00507015" w:rsidRDefault="00000000">
      <w:pPr>
        <w:pBdr>
          <w:bottom w:val="single" w:sz="6" w:space="4" w:color="1E5AA0"/>
        </w:pBdr>
        <w:spacing w:before="360" w:after="120"/>
      </w:pPr>
      <w:r>
        <w:rPr>
          <w:rFonts w:ascii="Arial" w:hAnsi="Arial"/>
          <w:b/>
          <w:color w:val="0E7864"/>
          <w:sz w:val="30"/>
        </w:rPr>
        <w:lastRenderedPageBreak/>
        <w:t>2. Evaluaciones y Rúbricas</w:t>
      </w:r>
    </w:p>
    <w:p w14:paraId="58C054C9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05  ·  Rúbrica de evaluación</w:t>
      </w:r>
    </w:p>
    <w:p w14:paraId="658186BF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Agrega: 'Incluye una columna de autoevaluación para el estudiante.'</w:t>
      </w:r>
    </w:p>
    <w:p w14:paraId="351B4486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06  ·  Banco de preguntas de evaluación</w:t>
      </w:r>
    </w:p>
    <w:p w14:paraId="72209B2C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Agrega: 'Incluye la respuesta correcta de cada pregunta entre paréntesis.'</w:t>
      </w:r>
    </w:p>
    <w:p w14:paraId="67EDE6A9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07  ·  Feedback personalizado para trabajos</w:t>
      </w:r>
    </w:p>
    <w:p w14:paraId="2CB6CF04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Cambia 'motivador' por 'formal' si el nivel es universitario.</w:t>
      </w:r>
    </w:p>
    <w:p w14:paraId="7C309C53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08  ·  Evaluación diferenciada</w:t>
      </w:r>
    </w:p>
    <w:p w14:paraId="6FEA0E1E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Especifica: 'Usa preguntas con imágenes de apoyo' o 'Reduce el texto al mínimo necesario'.</w:t>
      </w:r>
    </w:p>
    <w:p w14:paraId="012C7962" w14:textId="77777777" w:rsidR="00507015" w:rsidRDefault="00000000">
      <w:r>
        <w:br w:type="page"/>
      </w:r>
    </w:p>
    <w:p w14:paraId="2239480B" w14:textId="77777777" w:rsidR="00507015" w:rsidRDefault="00000000">
      <w:pPr>
        <w:pBdr>
          <w:bottom w:val="single" w:sz="6" w:space="4" w:color="1E5AA0"/>
        </w:pBdr>
        <w:spacing w:before="360" w:after="120"/>
      </w:pPr>
      <w:r>
        <w:rPr>
          <w:rFonts w:ascii="Arial" w:hAnsi="Arial"/>
          <w:b/>
          <w:color w:val="8C3CA0"/>
          <w:sz w:val="30"/>
        </w:rPr>
        <w:lastRenderedPageBreak/>
        <w:t>3. Guías y Material para Estudiantes</w:t>
      </w:r>
    </w:p>
    <w:p w14:paraId="0A8DA49E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09  ·  Guía de trabajo para la clase</w:t>
      </w:r>
    </w:p>
    <w:p w14:paraId="76F0FF79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Agrega: 'La última actividad debe ser colaborativa (en parejas o grupos).'</w:t>
      </w:r>
    </w:p>
    <w:p w14:paraId="1685C4C0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10  ·  Resumen de contenido para estudiar</w:t>
      </w:r>
    </w:p>
    <w:p w14:paraId="24D9B851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Agrega: 'Incluye 5 preguntas de repaso al final del resumen.'</w:t>
      </w:r>
    </w:p>
    <w:p w14:paraId="4F80C89A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11  ·  Texto adaptado por nivel lector</w:t>
      </w:r>
    </w:p>
    <w:p w14:paraId="1A9C993C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Agrega: 'Define entre paréntesis las 5 palabras más difíciles que debas conservar.'</w:t>
      </w:r>
    </w:p>
    <w:p w14:paraId="04AF4BBF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12  ·  Instrucciones paso a paso para una actividad</w:t>
      </w:r>
    </w:p>
    <w:p w14:paraId="53F993A9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Agrega: 'Al final incluye una lista de verificación para que el alumno compruebe que completó todo.'</w:t>
      </w:r>
    </w:p>
    <w:p w14:paraId="28A299DB" w14:textId="77777777" w:rsidR="00507015" w:rsidRDefault="00000000">
      <w:r>
        <w:br w:type="page"/>
      </w:r>
    </w:p>
    <w:p w14:paraId="00F529C6" w14:textId="77777777" w:rsidR="00507015" w:rsidRDefault="00000000">
      <w:pPr>
        <w:pBdr>
          <w:bottom w:val="single" w:sz="6" w:space="4" w:color="1E5AA0"/>
        </w:pBdr>
        <w:spacing w:before="360" w:after="120"/>
      </w:pPr>
      <w:r>
        <w:rPr>
          <w:rFonts w:ascii="Arial" w:hAnsi="Arial"/>
          <w:b/>
          <w:color w:val="C86414"/>
          <w:sz w:val="30"/>
        </w:rPr>
        <w:lastRenderedPageBreak/>
        <w:t>4. Diferenciación e Inclusión</w:t>
      </w:r>
    </w:p>
    <w:p w14:paraId="585041C8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13  ·  Actividad para distintos ritmos de aprendizaje</w:t>
      </w:r>
    </w:p>
    <w:p w14:paraId="19F87FFC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Especifica si hay alumnos con NEE específicas para ajustar aún más.</w:t>
      </w:r>
    </w:p>
    <w:p w14:paraId="6D529BD2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14  ·  Apoyo para estudiantes con dificultades lectoras</w:t>
      </w:r>
    </w:p>
    <w:p w14:paraId="1530A6C0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Agrega: '¿Qué herramientas digitales gratuitas me pueden ayudar con esto?'</w:t>
      </w:r>
    </w:p>
    <w:p w14:paraId="0679D71D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15  ·  Preguntas de distinto nivel cognitivo (Bloom)</w:t>
      </w:r>
    </w:p>
    <w:p w14:paraId="0B3E3254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Puedes pedir solo los niveles superiores: 'Solo Analizar, Evaluar y Crear'.</w:t>
      </w:r>
    </w:p>
    <w:p w14:paraId="6C1D7C3B" w14:textId="77777777" w:rsidR="00507015" w:rsidRDefault="00000000">
      <w:r>
        <w:br w:type="page"/>
      </w:r>
    </w:p>
    <w:p w14:paraId="4233DAB8" w14:textId="77777777" w:rsidR="00507015" w:rsidRDefault="00000000">
      <w:pPr>
        <w:pBdr>
          <w:bottom w:val="single" w:sz="6" w:space="4" w:color="1E5AA0"/>
        </w:pBdr>
        <w:spacing w:before="360" w:after="120"/>
      </w:pPr>
      <w:r>
        <w:rPr>
          <w:rFonts w:ascii="Arial" w:hAnsi="Arial"/>
          <w:b/>
          <w:color w:val="1E5AA0"/>
          <w:sz w:val="30"/>
        </w:rPr>
        <w:lastRenderedPageBreak/>
        <w:t>5. Comunicación con Apoderados y Dirección</w:t>
      </w:r>
    </w:p>
    <w:p w14:paraId="5A5AA546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16  ·  Comunicado a apoderados</w:t>
      </w:r>
    </w:p>
    <w:p w14:paraId="628365DD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Especifica el canal: 'Formateado para WhatsApp' si lo vas a enviar por mensajería.</w:t>
      </w:r>
    </w:p>
    <w:p w14:paraId="65E7BDA7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17  ·  Informe de alumno con necesidades especiales</w:t>
      </w:r>
    </w:p>
    <w:p w14:paraId="06639EDE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Agrega los datos del estudiante de forma anónima o con nombre si es para uso interno.</w:t>
      </w:r>
    </w:p>
    <w:p w14:paraId="36D24D0B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18  ·  Respuesta a apoderado molesto o preocupado</w:t>
      </w:r>
    </w:p>
    <w:p w14:paraId="3CE260C9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Si el tema es delicado, agrega: 'Revisa si el tono es apropiado antes de enviar.'</w:t>
      </w:r>
    </w:p>
    <w:p w14:paraId="53A7C4ED" w14:textId="77777777" w:rsidR="00507015" w:rsidRDefault="00000000">
      <w:r>
        <w:br w:type="page"/>
      </w:r>
    </w:p>
    <w:p w14:paraId="663AA3FE" w14:textId="77777777" w:rsidR="00507015" w:rsidRDefault="00000000">
      <w:pPr>
        <w:pBdr>
          <w:bottom w:val="single" w:sz="6" w:space="4" w:color="1E5AA0"/>
        </w:pBdr>
        <w:spacing w:before="360" w:after="120"/>
      </w:pPr>
      <w:r>
        <w:rPr>
          <w:rFonts w:ascii="Arial" w:hAnsi="Arial"/>
          <w:b/>
          <w:color w:val="0E7864"/>
          <w:sz w:val="30"/>
        </w:rPr>
        <w:lastRenderedPageBreak/>
        <w:t>6. Gestión del Aula y Creatividad</w:t>
      </w:r>
    </w:p>
    <w:p w14:paraId="72B236B0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19  ·  Dinámicas de inicio rápidas</w:t>
      </w:r>
    </w:p>
    <w:p w14:paraId="39E901F6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Especifica: 'Sin uso de tecnología' si no tienes proyector o dispositivos.</w:t>
      </w:r>
    </w:p>
    <w:p w14:paraId="3AFD164E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20  ·  Ideas para proyecto interdisciplinario</w:t>
      </w:r>
    </w:p>
    <w:p w14:paraId="1A4D834F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Agrega: 'El producto final debe poder presentarse a la comunidad escolar.'</w:t>
      </w:r>
    </w:p>
    <w:p w14:paraId="2AB3206D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21  ·  Normas de convivencia para el aula</w:t>
      </w:r>
    </w:p>
    <w:p w14:paraId="34EFCE50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Agrega: 'Las normas deben incluir específicamente el uso del celular y la IA.'</w:t>
      </w:r>
    </w:p>
    <w:p w14:paraId="6ECAAF4C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22  ·  Gamificación de una clase</w:t>
      </w:r>
    </w:p>
    <w:p w14:paraId="70B3E773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Si tienes Kahoot o Quizizz, agrega: 'Incluye cómo podría combinarlo con Kahoot.'</w:t>
      </w:r>
    </w:p>
    <w:p w14:paraId="40C315E5" w14:textId="77777777" w:rsidR="00507015" w:rsidRDefault="00000000">
      <w:r>
        <w:br w:type="page"/>
      </w:r>
    </w:p>
    <w:p w14:paraId="172BDA6B" w14:textId="77777777" w:rsidR="00507015" w:rsidRDefault="00000000">
      <w:pPr>
        <w:pBdr>
          <w:bottom w:val="single" w:sz="6" w:space="4" w:color="1E5AA0"/>
        </w:pBdr>
        <w:spacing w:before="360" w:after="120"/>
      </w:pPr>
      <w:r>
        <w:rPr>
          <w:rFonts w:ascii="Arial" w:hAnsi="Arial"/>
          <w:b/>
          <w:color w:val="8C3CA0"/>
          <w:sz w:val="30"/>
        </w:rPr>
        <w:lastRenderedPageBreak/>
        <w:t>7. Prompts para Herramientas Específicas del Curso</w:t>
      </w:r>
    </w:p>
    <w:p w14:paraId="086707C0" w14:textId="77777777" w:rsidR="00507015" w:rsidRDefault="00000000">
      <w:pPr>
        <w:spacing w:before="240" w:after="80"/>
      </w:pPr>
      <w:r>
        <w:rPr>
          <w:rFonts w:ascii="Arial" w:hAnsi="Arial"/>
          <w:b/>
          <w:color w:val="3278BE"/>
          <w:sz w:val="24"/>
        </w:rPr>
        <w:t>Para usar en NotebookLM (después de subir tus documentos)</w:t>
      </w:r>
    </w:p>
    <w:p w14:paraId="73A11229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23  ·  Generar preguntas de estudio desde un documento</w:t>
      </w:r>
    </w:p>
    <w:p w14:paraId="05429EB1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Luego pide: 'Ahora crea la versión con respuestas para el solucionario del profesor.'</w:t>
      </w:r>
    </w:p>
    <w:p w14:paraId="67CEA013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24  ·  Crear glosario desde apuntes propios</w:t>
      </w:r>
    </w:p>
    <w:p w14:paraId="7CDFE672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Pide además: 'Agrega una imagen que podría ilustrar cada concepto (descríbela con palabras).'</w:t>
      </w:r>
    </w:p>
    <w:p w14:paraId="349892AF" w14:textId="77777777" w:rsidR="00507015" w:rsidRDefault="00000000">
      <w:pPr>
        <w:spacing w:before="240" w:after="80"/>
      </w:pPr>
      <w:r>
        <w:rPr>
          <w:rFonts w:ascii="Arial" w:hAnsi="Arial"/>
          <w:b/>
          <w:color w:val="3278BE"/>
          <w:sz w:val="24"/>
        </w:rPr>
        <w:t>Para usar en Poe (comparar respuestas de distintos modelos)</w:t>
      </w:r>
    </w:p>
    <w:p w14:paraId="5C40135F" w14:textId="77777777" w:rsidR="00507015" w:rsidRDefault="00000000">
      <w:pPr>
        <w:spacing w:before="240" w:after="40"/>
      </w:pPr>
      <w:r>
        <w:rPr>
          <w:rFonts w:ascii="Arial" w:hAnsi="Arial"/>
          <w:b/>
          <w:color w:val="1E5AA0"/>
        </w:rPr>
        <w:t>PROMPT 25  ·  Comparar respuestas de distintos modelos de IA</w:t>
      </w:r>
    </w:p>
    <w:p w14:paraId="21340E83" w14:textId="77777777" w:rsidR="00507015" w:rsidRDefault="00000000">
      <w:pPr>
        <w:pBdr>
          <w:left w:val="single" w:sz="12" w:space="4" w:color="1E5AA0"/>
        </w:pBdr>
        <w:shd w:val="clear" w:color="auto" w:fill="F0F5FC"/>
        <w:spacing w:after="60"/>
        <w:ind w:left="360"/>
      </w:pPr>
      <w:r>
        <w:rPr>
          <w:rFonts w:ascii="Arial" w:hAnsi="Arial"/>
          <w:color w:val="1E1E1E"/>
          <w:sz w:val="21"/>
        </w:rPr>
        <w:t>Compara las respuestas: ¿cuál es más útil para tu asignatura? ¿cuál tiene mejor estructura? Usa la que más te convenza o combina lo mejor de ambas.</w:t>
      </w:r>
    </w:p>
    <w:p w14:paraId="651D79C0" w14:textId="77777777" w:rsidR="00507015" w:rsidRDefault="00000000">
      <w:r>
        <w:br w:type="page"/>
      </w:r>
    </w:p>
    <w:p w14:paraId="36D4A380" w14:textId="77777777" w:rsidR="00507015" w:rsidRDefault="00000000">
      <w:pPr>
        <w:pBdr>
          <w:bottom w:val="single" w:sz="6" w:space="4" w:color="1E5AA0"/>
        </w:pBdr>
        <w:spacing w:before="360" w:after="120"/>
      </w:pPr>
      <w:r>
        <w:rPr>
          <w:rFonts w:ascii="Arial" w:hAnsi="Arial"/>
          <w:b/>
          <w:color w:val="1E5AA0"/>
          <w:sz w:val="30"/>
        </w:rPr>
        <w:lastRenderedPageBreak/>
        <w:t>Hoja de Referencia Rápida: Fórmula C-R-O</w:t>
      </w:r>
    </w:p>
    <w:p w14:paraId="16913CCB" w14:textId="77777777" w:rsidR="00507015" w:rsidRDefault="00000000">
      <w:pPr>
        <w:spacing w:after="100"/>
      </w:pPr>
      <w:r>
        <w:rPr>
          <w:rFonts w:ascii="Arial" w:hAnsi="Arial"/>
        </w:rPr>
        <w:t>Antes de escribir cualquier prompt, respóndete estas tres preguntas: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84"/>
        <w:gridCol w:w="3103"/>
        <w:gridCol w:w="3587"/>
      </w:tblGrid>
      <w:tr w:rsidR="00507015" w14:paraId="5A686B2E" w14:textId="77777777">
        <w:tc>
          <w:tcPr>
            <w:tcW w:w="2304" w:type="dxa"/>
            <w:shd w:val="clear" w:color="auto" w:fill="1E5AA0"/>
          </w:tcPr>
          <w:p w14:paraId="5CD602AC" w14:textId="77777777" w:rsidR="00507015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Pregunta</w:t>
            </w:r>
          </w:p>
        </w:tc>
        <w:tc>
          <w:tcPr>
            <w:tcW w:w="3456" w:type="dxa"/>
            <w:shd w:val="clear" w:color="auto" w:fill="1E5AA0"/>
          </w:tcPr>
          <w:p w14:paraId="193172E7" w14:textId="77777777" w:rsidR="00507015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Tu respuesta (completa esto)</w:t>
            </w:r>
          </w:p>
        </w:tc>
        <w:tc>
          <w:tcPr>
            <w:tcW w:w="4320" w:type="dxa"/>
            <w:shd w:val="clear" w:color="auto" w:fill="1E5AA0"/>
          </w:tcPr>
          <w:p w14:paraId="1911C968" w14:textId="77777777" w:rsidR="00507015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Ejemplo</w:t>
            </w:r>
          </w:p>
        </w:tc>
      </w:tr>
      <w:tr w:rsidR="00507015" w14:paraId="7EC05CE1" w14:textId="77777777">
        <w:tc>
          <w:tcPr>
            <w:tcW w:w="2304" w:type="dxa"/>
            <w:shd w:val="clear" w:color="auto" w:fill="EEF4FB"/>
          </w:tcPr>
          <w:p w14:paraId="72E499BA" w14:textId="77777777" w:rsidR="00507015" w:rsidRDefault="00000000">
            <w:r>
              <w:rPr>
                <w:rFonts w:ascii="Arial" w:hAnsi="Arial"/>
                <w:sz w:val="20"/>
              </w:rPr>
              <w:t>C · ¿Cuál es mi contexto?</w:t>
            </w:r>
          </w:p>
        </w:tc>
        <w:tc>
          <w:tcPr>
            <w:tcW w:w="3456" w:type="dxa"/>
            <w:shd w:val="clear" w:color="auto" w:fill="EEF4FB"/>
          </w:tcPr>
          <w:p w14:paraId="46EA627D" w14:textId="77777777" w:rsidR="00507015" w:rsidRDefault="00000000">
            <w:r>
              <w:rPr>
                <w:rFonts w:ascii="Arial" w:hAnsi="Arial"/>
                <w:sz w:val="20"/>
              </w:rPr>
              <w:t>Soy profe de ___ de ___ en ___.</w:t>
            </w:r>
          </w:p>
        </w:tc>
        <w:tc>
          <w:tcPr>
            <w:tcW w:w="4320" w:type="dxa"/>
            <w:shd w:val="clear" w:color="auto" w:fill="EEF4FB"/>
          </w:tcPr>
          <w:p w14:paraId="28D1413C" w14:textId="77777777" w:rsidR="00507015" w:rsidRDefault="00000000">
            <w:r>
              <w:rPr>
                <w:rFonts w:ascii="Arial" w:hAnsi="Arial"/>
                <w:sz w:val="20"/>
              </w:rPr>
              <w:t>Soy profe de Historia de 2° medio en un colegio particular subvencionado de Valparaíso.</w:t>
            </w:r>
          </w:p>
        </w:tc>
      </w:tr>
      <w:tr w:rsidR="00507015" w14:paraId="715CD6B0" w14:textId="77777777">
        <w:tc>
          <w:tcPr>
            <w:tcW w:w="2304" w:type="dxa"/>
            <w:shd w:val="clear" w:color="auto" w:fill="FFFFFF"/>
          </w:tcPr>
          <w:p w14:paraId="34B82BE2" w14:textId="77777777" w:rsidR="00507015" w:rsidRDefault="00000000">
            <w:r>
              <w:rPr>
                <w:rFonts w:ascii="Arial" w:hAnsi="Arial"/>
                <w:sz w:val="20"/>
              </w:rPr>
              <w:t>R · ¿Qué rol le asigno a la IA?</w:t>
            </w:r>
          </w:p>
        </w:tc>
        <w:tc>
          <w:tcPr>
            <w:tcW w:w="3456" w:type="dxa"/>
            <w:shd w:val="clear" w:color="auto" w:fill="FFFFFF"/>
          </w:tcPr>
          <w:p w14:paraId="18785897" w14:textId="77777777" w:rsidR="00507015" w:rsidRDefault="00000000">
            <w:r>
              <w:rPr>
                <w:rFonts w:ascii="Arial" w:hAnsi="Arial"/>
                <w:sz w:val="20"/>
              </w:rPr>
              <w:t>Actúa como ___.</w:t>
            </w:r>
          </w:p>
        </w:tc>
        <w:tc>
          <w:tcPr>
            <w:tcW w:w="4320" w:type="dxa"/>
            <w:shd w:val="clear" w:color="auto" w:fill="FFFFFF"/>
          </w:tcPr>
          <w:p w14:paraId="5BEB6A60" w14:textId="77777777" w:rsidR="00507015" w:rsidRDefault="00000000">
            <w:r>
              <w:rPr>
                <w:rFonts w:ascii="Arial" w:hAnsi="Arial"/>
                <w:sz w:val="20"/>
              </w:rPr>
              <w:t>Actúa como un experto en didáctica de las ciencias sociales.</w:t>
            </w:r>
          </w:p>
        </w:tc>
      </w:tr>
      <w:tr w:rsidR="00507015" w14:paraId="7DC1ACF5" w14:textId="77777777">
        <w:tc>
          <w:tcPr>
            <w:tcW w:w="2304" w:type="dxa"/>
            <w:shd w:val="clear" w:color="auto" w:fill="EEF4FB"/>
          </w:tcPr>
          <w:p w14:paraId="11A51AC5" w14:textId="77777777" w:rsidR="00507015" w:rsidRDefault="00000000">
            <w:r>
              <w:rPr>
                <w:rFonts w:ascii="Arial" w:hAnsi="Arial"/>
                <w:sz w:val="20"/>
              </w:rPr>
              <w:t>O · ¿Qué quiero exactamente?</w:t>
            </w:r>
          </w:p>
        </w:tc>
        <w:tc>
          <w:tcPr>
            <w:tcW w:w="3456" w:type="dxa"/>
            <w:shd w:val="clear" w:color="auto" w:fill="EEF4FB"/>
          </w:tcPr>
          <w:p w14:paraId="0600C2B9" w14:textId="77777777" w:rsidR="00507015" w:rsidRDefault="00000000">
            <w:r>
              <w:rPr>
                <w:rFonts w:ascii="Arial" w:hAnsi="Arial"/>
                <w:sz w:val="20"/>
              </w:rPr>
              <w:t>Crea/Redacta/Diseña ___ con estas características: ___.</w:t>
            </w:r>
          </w:p>
        </w:tc>
        <w:tc>
          <w:tcPr>
            <w:tcW w:w="4320" w:type="dxa"/>
            <w:shd w:val="clear" w:color="auto" w:fill="EEF4FB"/>
          </w:tcPr>
          <w:p w14:paraId="663AEDCD" w14:textId="77777777" w:rsidR="00507015" w:rsidRDefault="00000000">
            <w:r>
              <w:rPr>
                <w:rFonts w:ascii="Arial" w:hAnsi="Arial"/>
                <w:sz w:val="20"/>
              </w:rPr>
              <w:t>Diseña una rúbrica de 4 niveles para evaluar un ensayo argumentativo de 400 palabras.</w:t>
            </w:r>
          </w:p>
        </w:tc>
      </w:tr>
    </w:tbl>
    <w:p w14:paraId="0A152AE5" w14:textId="77777777" w:rsidR="00507015" w:rsidRDefault="00507015"/>
    <w:p w14:paraId="691B3847" w14:textId="77777777" w:rsidR="00507015" w:rsidRDefault="00000000">
      <w:pPr>
        <w:spacing w:after="80"/>
        <w:ind w:left="432"/>
      </w:pPr>
      <w:r>
        <w:rPr>
          <w:rFonts w:ascii="Arial" w:hAnsi="Arial"/>
          <w:i/>
          <w:color w:val="646464"/>
          <w:sz w:val="20"/>
        </w:rPr>
        <w:t>💡 Mientras más específico seas, menos veces tendrás que corregir el resultado. Un prompt de 3 líneas bien escrito supera siempre a uno de 1 línea vago.</w:t>
      </w:r>
    </w:p>
    <w:p w14:paraId="544AF89F" w14:textId="77777777" w:rsidR="00507015" w:rsidRDefault="00507015">
      <w:pPr>
        <w:spacing w:after="100"/>
      </w:pPr>
    </w:p>
    <w:p w14:paraId="5B30DD20" w14:textId="77777777" w:rsidR="00507015" w:rsidRDefault="00000000">
      <w:pPr>
        <w:spacing w:after="100"/>
      </w:pPr>
      <w:r>
        <w:rPr>
          <w:rFonts w:ascii="Arial" w:hAnsi="Arial"/>
          <w:i/>
        </w:rPr>
        <w:t>Frases útiles para mejorar un resultado que no te convenció:</w:t>
      </w:r>
    </w:p>
    <w:p w14:paraId="7CA00E01" w14:textId="77777777" w:rsidR="00507015" w:rsidRDefault="00000000">
      <w:pPr>
        <w:pStyle w:val="Listaconvietas"/>
        <w:spacing w:after="60"/>
      </w:pPr>
      <w:r>
        <w:rPr>
          <w:rFonts w:ascii="Arial" w:hAnsi="Arial"/>
        </w:rPr>
        <w:t>«Está bien pero hazlo más corto/más largo.»</w:t>
      </w:r>
    </w:p>
    <w:p w14:paraId="23464675" w14:textId="77777777" w:rsidR="00507015" w:rsidRDefault="00000000">
      <w:pPr>
        <w:pStyle w:val="Listaconvietas"/>
        <w:spacing w:after="60"/>
      </w:pPr>
      <w:r>
        <w:rPr>
          <w:rFonts w:ascii="Arial" w:hAnsi="Arial"/>
        </w:rPr>
        <w:t>«Usa un lenguaje más simple, como si se lo explicaras a un niño de 10 años.»</w:t>
      </w:r>
    </w:p>
    <w:p w14:paraId="5A09C75A" w14:textId="77777777" w:rsidR="00507015" w:rsidRDefault="00000000">
      <w:pPr>
        <w:pStyle w:val="Listaconvietas"/>
        <w:spacing w:after="60"/>
      </w:pPr>
      <w:r>
        <w:rPr>
          <w:rFonts w:ascii="Arial" w:hAnsi="Arial"/>
        </w:rPr>
        <w:t>«Agrega un ejemplo concreto en cada punto.»</w:t>
      </w:r>
    </w:p>
    <w:p w14:paraId="4431A129" w14:textId="77777777" w:rsidR="00507015" w:rsidRDefault="00000000">
      <w:pPr>
        <w:pStyle w:val="Listaconvietas"/>
        <w:spacing w:after="60"/>
      </w:pPr>
      <w:r>
        <w:rPr>
          <w:rFonts w:ascii="Arial" w:hAnsi="Arial"/>
        </w:rPr>
        <w:t>«El tono es muy formal. Hazlo más cercano y motivador.»</w:t>
      </w:r>
    </w:p>
    <w:p w14:paraId="3F007717" w14:textId="77777777" w:rsidR="00507015" w:rsidRDefault="00000000">
      <w:pPr>
        <w:pStyle w:val="Listaconvietas"/>
        <w:spacing w:after="60"/>
      </w:pPr>
      <w:r>
        <w:rPr>
          <w:rFonts w:ascii="Arial" w:hAnsi="Arial"/>
        </w:rPr>
        <w:t>«Reformula la pregunta 3, está muy ambigua.»</w:t>
      </w:r>
    </w:p>
    <w:p w14:paraId="0FE574FD" w14:textId="77777777" w:rsidR="00507015" w:rsidRDefault="00000000">
      <w:pPr>
        <w:pStyle w:val="Listaconvietas"/>
        <w:spacing w:after="60"/>
      </w:pPr>
      <w:r>
        <w:rPr>
          <w:rFonts w:ascii="Arial" w:hAnsi="Arial"/>
        </w:rPr>
        <w:t>«Dame 3 versiones distintas y yo elijo la que más me gusta.»</w:t>
      </w:r>
    </w:p>
    <w:p w14:paraId="70C5DA42" w14:textId="77777777" w:rsidR="00507015" w:rsidRDefault="00507015"/>
    <w:p w14:paraId="715319B3" w14:textId="77777777" w:rsidR="00507015" w:rsidRDefault="00000000">
      <w:pPr>
        <w:spacing w:after="60"/>
      </w:pPr>
      <w:r>
        <w:rPr>
          <w:rFonts w:ascii="Arial" w:hAnsi="Arial"/>
        </w:rPr>
        <w:t>──────────────────────────────────────────────────────────────</w:t>
      </w:r>
    </w:p>
    <w:p w14:paraId="1C0DCE75" w14:textId="77777777" w:rsidR="00507015" w:rsidRDefault="00000000">
      <w:pPr>
        <w:jc w:val="center"/>
      </w:pPr>
      <w:r>
        <w:rPr>
          <w:rFonts w:ascii="Arial" w:hAnsi="Arial"/>
          <w:i/>
          <w:color w:val="969696"/>
          <w:sz w:val="18"/>
        </w:rPr>
        <w:t>Docentes IA  ·  Catalina Barrios  ·  Diplomada UNAB · Magíster U. Salamanca (en curso)  ·  2026</w:t>
      </w:r>
    </w:p>
    <w:sectPr w:rsidR="00507015" w:rsidSect="00034616">
      <w:pgSz w:w="12240" w:h="15840"/>
      <w:pgMar w:top="1440" w:right="1728" w:bottom="144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2025082">
    <w:abstractNumId w:val="8"/>
  </w:num>
  <w:num w:numId="2" w16cid:durableId="2058429655">
    <w:abstractNumId w:val="6"/>
  </w:num>
  <w:num w:numId="3" w16cid:durableId="205483072">
    <w:abstractNumId w:val="5"/>
  </w:num>
  <w:num w:numId="4" w16cid:durableId="16977011">
    <w:abstractNumId w:val="4"/>
  </w:num>
  <w:num w:numId="5" w16cid:durableId="384909404">
    <w:abstractNumId w:val="7"/>
  </w:num>
  <w:num w:numId="6" w16cid:durableId="784930806">
    <w:abstractNumId w:val="3"/>
  </w:num>
  <w:num w:numId="7" w16cid:durableId="1697345338">
    <w:abstractNumId w:val="2"/>
  </w:num>
  <w:num w:numId="8" w16cid:durableId="1138650805">
    <w:abstractNumId w:val="1"/>
  </w:num>
  <w:num w:numId="9" w16cid:durableId="6994012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6C79"/>
    <w:rsid w:val="00507015"/>
    <w:rsid w:val="00AA1D8D"/>
    <w:rsid w:val="00B47730"/>
    <w:rsid w:val="00CB0664"/>
    <w:rsid w:val="00D962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298D22"/>
  <w14:defaultImageDpi w14:val="300"/>
  <w15:docId w15:val="{B09DAA8C-3EE3-6C44-AF11-B6743EBDC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962</Words>
  <Characters>5084</Characters>
  <Application>Microsoft Office Word</Application>
  <DocSecurity>0</DocSecurity>
  <Lines>145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Catalina Barrios</cp:lastModifiedBy>
  <cp:revision>2</cp:revision>
  <dcterms:created xsi:type="dcterms:W3CDTF">2026-07-17T16:34:00Z</dcterms:created>
  <dcterms:modified xsi:type="dcterms:W3CDTF">2026-07-17T16:34:00Z</dcterms:modified>
  <cp:category/>
</cp:coreProperties>
</file>